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Held at {location}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{meeting_date}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Chaired by {chairperson}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The meeting opened at {start_time} and closed at {end_time}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The following owners were represented at the meeting: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52"/>
        <w:gridCol w:w="3552"/>
        <w:gridCol w:w="3552"/>
      </w:tblGrid>
      <w:tr>
        <w:tc>
          <w:tcPr>
            <w:tcW w:type="dxa" w:w="2016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{#owners}Lot {lot}</w:t>
            </w:r>
          </w:p>
        </w:tc>
        <w:tc>
          <w:tcPr>
            <w:tcW w:type="dxa" w:w="446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Owner/s:  {owner}</w:t>
            </w:r>
          </w:p>
        </w:tc>
        <w:tc>
          <w:tcPr>
            <w:tcW w:type="dxa" w:w="5472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Representation:  {representation}{/owners}</w:t>
            </w:r>
          </w:p>
        </w:tc>
      </w:tr>
    </w:tbl>
    <w:p>
      <w:pPr>
        <w:spacing w:before="240" w:after="0"/>
      </w:pPr>
      <w:r>
        <w:rPr>
          <w:rFonts w:ascii="Arial" w:hAnsi="Arial"/>
          <w:b w:val="0"/>
          <w:i w:val="0"/>
          <w:sz w:val="18"/>
          <w:u w:val="none"/>
        </w:rPr>
        <w:t>Present by invitation: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{present_by_invitation}</w:t>
      </w:r>
    </w:p>
    <w:p>
      <w:pPr>
        <w:spacing w:before="0" w:after="0"/>
      </w:pPr>
      <w:r>
        <w:rPr>
          <w:rFonts w:ascii="Arial" w:hAnsi="Arial"/>
          <w:b/>
          <w:i w:val="0"/>
          <w:sz w:val="18"/>
          <w:u w:val="single"/>
        </w:rPr>
        <w:t>MOTIONS: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471920" cy="209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lock-motion-separato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1920" cy="20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rPr>
          <w:rFonts w:ascii="Arial" w:hAnsi="Arial"/>
          <w:b w:val="0"/>
          <w:i w:val="0"/>
          <w:sz w:val="2"/>
          <w:u w:val="none"/>
        </w:rPr>
        <w:t>{#motions}</w:t>
      </w:r>
    </w:p>
    <w:p>
      <w:pPr>
        <w:spacing w:before="0" w:after="0"/>
      </w:pPr>
      <w:r>
        <w:rPr>
          <w:rFonts w:ascii="Arial" w:hAnsi="Arial"/>
          <w:b w:val="0"/>
          <w:i w:val="0"/>
          <w:sz w:val="2"/>
          <w:u w:val="none"/>
        </w:rPr>
        <w:t>{#is_standard}</w:t>
      </w:r>
    </w:p>
    <w:tbl>
      <w:tblPr>
        <w:tblW w:type="dxa" w:w="10488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"/>
        <w:gridCol w:w="4747"/>
        <w:gridCol w:w="3024"/>
        <w:gridCol w:w="2199"/>
      </w:tblGrid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jc w:val="right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{number}.</w:t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{title}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{proposed_by}</w:t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{resolution}</w:t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{result}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Yes {yes} No {no} Abstain {abstain}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{motion_text}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/>
                <w:sz w:val="18"/>
                <w:u w:val="none"/>
              </w:rPr>
              <w:t>{note_row_marker}{note}</w:t>
            </w:r>
          </w:p>
        </w:tc>
      </w:tr>
    </w:tbl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471920" cy="209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lock-motion-separato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1920" cy="20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rPr>
          <w:rFonts w:ascii="Arial" w:hAnsi="Arial"/>
          <w:b w:val="0"/>
          <w:i w:val="0"/>
          <w:sz w:val="2"/>
          <w:u w:val="none"/>
        </w:rPr>
        <w:t>{/is_standard}</w:t>
      </w:r>
    </w:p>
    <w:p>
      <w:pPr>
        <w:spacing w:before="0" w:after="0"/>
      </w:pPr>
      <w:r>
        <w:rPr>
          <w:rFonts w:ascii="Arial" w:hAnsi="Arial"/>
          <w:b w:val="0"/>
          <w:i w:val="0"/>
          <w:sz w:val="2"/>
          <w:u w:val="none"/>
        </w:rPr>
        <w:t>{#is_levy}</w:t>
      </w:r>
    </w:p>
    <w:tbl>
      <w:tblPr>
        <w:tblW w:type="dxa" w:w="10488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"/>
        <w:gridCol w:w="4747"/>
        <w:gridCol w:w="3024"/>
        <w:gridCol w:w="2199"/>
      </w:tblGrid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jc w:val="right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{number}.</w:t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{title}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{proposed_by}</w:t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{resolution}</w:t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{result}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Yes {yes} No {no} Abstain {abstain}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{motion_text}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Period</w:t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Due Date</w:t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Amount per CSLE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{#levy_rows}{period}</w:t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{due_date}</w:t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{amount}{/levy_rows}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{motion_text_2}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/>
                <w:sz w:val="18"/>
                <w:u w:val="none"/>
              </w:rPr>
              <w:t>{note_row_marker}{note}</w:t>
            </w:r>
          </w:p>
        </w:tc>
      </w:tr>
    </w:tbl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471920" cy="209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lock-motion-separato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1920" cy="20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rPr>
          <w:rFonts w:ascii="Arial" w:hAnsi="Arial"/>
          <w:b w:val="0"/>
          <w:i w:val="0"/>
          <w:sz w:val="2"/>
          <w:u w:val="none"/>
        </w:rPr>
        <w:t>{/is_levy}</w:t>
      </w:r>
    </w:p>
    <w:p>
      <w:pPr>
        <w:spacing w:before="0" w:after="0"/>
      </w:pPr>
      <w:r>
        <w:rPr>
          <w:rFonts w:ascii="Arial" w:hAnsi="Arial"/>
          <w:b w:val="0"/>
          <w:i w:val="0"/>
          <w:sz w:val="2"/>
          <w:u w:val="none"/>
        </w:rPr>
        <w:t>{#is_insurance}</w:t>
      </w:r>
    </w:p>
    <w:tbl>
      <w:tblPr>
        <w:tblW w:type="dxa" w:w="10488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8"/>
        <w:gridCol w:w="4747"/>
        <w:gridCol w:w="3024"/>
        <w:gridCol w:w="2199"/>
      </w:tblGrid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jc w:val="right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{number}.</w:t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{title}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{proposed_by}</w:t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{resolution}</w:t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{result}</w:t>
            </w:r>
            <w:r>
              <w:rPr>
                <w:rFonts w:ascii="Arial" w:hAnsi="Arial"/>
                <w:b w:val="0"/>
                <w:i w:val="0"/>
                <w:sz w:val="18"/>
                <w:u w:val="none"/>
              </w:rPr>
              <w:br/>
              <w:t>Yes {yes} No {no} Abstain {abstain}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302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{motion_text}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4747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{#insurance_rows}{label_text}</w:t>
            </w:r>
          </w:p>
        </w:tc>
        <w:tc>
          <w:tcPr>
            <w:tcW w:type="dxa" w:w="2199"/>
            <w:gridSpan w:val="2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  <w:keepNext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{value}{/insurance_rows}</w:t>
            </w:r>
          </w:p>
        </w:tc>
      </w:tr>
      <w:tr>
        <w:trPr>
          <w:cantSplit/>
        </w:trPr>
        <w:tc>
          <w:tcPr>
            <w:tcW w:type="dxa" w:w="51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</w:r>
          </w:p>
        </w:tc>
        <w:tc>
          <w:tcPr>
            <w:tcW w:type="dxa" w:w="2199"/>
            <w:gridSpan w:val="3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keepLines/>
            </w:pPr>
            <w:r/>
            <w:r>
              <w:rPr>
                <w:rFonts w:ascii="Arial" w:hAnsi="Arial"/>
                <w:b w:val="0"/>
                <w:i/>
                <w:sz w:val="18"/>
                <w:u w:val="none"/>
              </w:rPr>
              <w:t>{note_row_marker}{note}</w:t>
            </w:r>
          </w:p>
        </w:tc>
      </w:tr>
    </w:tbl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471920" cy="209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lock-motion-separato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1920" cy="20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rPr>
          <w:rFonts w:ascii="Arial" w:hAnsi="Arial"/>
          <w:b w:val="0"/>
          <w:i w:val="0"/>
          <w:sz w:val="2"/>
          <w:u w:val="none"/>
        </w:rPr>
        <w:t>{/is_insurance}</w:t>
      </w:r>
    </w:p>
    <w:p>
      <w:pPr>
        <w:spacing w:before="0" w:after="0"/>
      </w:pPr>
      <w:r>
        <w:rPr>
          <w:rFonts w:ascii="Arial" w:hAnsi="Arial"/>
          <w:b w:val="0"/>
          <w:i w:val="0"/>
          <w:sz w:val="2"/>
          <w:u w:val="none"/>
        </w:rPr>
        <w:t>{/motions}</w:t>
      </w:r>
    </w:p>
    <w:p>
      <w:pPr>
        <w:spacing w:before="200" w:after="0"/>
      </w:pPr>
      <w:r>
        <w:rPr>
          <w:rFonts w:ascii="Arial" w:hAnsi="Arial"/>
          <w:b/>
          <w:i w:val="0"/>
          <w:sz w:val="18"/>
          <w:u w:val="none"/>
        </w:rPr>
        <w:t>ELECTION OF OFFICE BEARERS: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The following nominees were declared elected at the meeting: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520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  <w:shd w:fill="000000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POSITION</w:t>
            </w:r>
          </w:p>
        </w:tc>
        <w:tc>
          <w:tcPr>
            <w:tcW w:type="dxa" w:w="2232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  <w:shd w:fill="000000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NOMINATOR</w:t>
            </w:r>
          </w:p>
        </w:tc>
        <w:tc>
          <w:tcPr>
            <w:tcW w:type="dxa" w:w="158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  <w:shd w:fill="000000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UNIT / LOT</w:t>
            </w:r>
          </w:p>
        </w:tc>
        <w:tc>
          <w:tcPr>
            <w:tcW w:type="dxa" w:w="316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  <w:shd w:fill="000000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NOMINEE</w:t>
            </w:r>
          </w:p>
        </w:tc>
        <w:tc>
          <w:tcPr>
            <w:tcW w:type="dxa" w:w="158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  <w:shd w:fill="000000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i w:val="0"/>
                <w:sz w:val="18"/>
                <w:u w:val="none"/>
              </w:rPr>
              <w:t>UNIT / LOT</w:t>
            </w:r>
          </w:p>
        </w:tc>
      </w:tr>
      <w:tr>
        <w:tc>
          <w:tcPr>
            <w:tcW w:type="dxa" w:w="2520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{#office_bearers}{position}</w:t>
            </w:r>
          </w:p>
        </w:tc>
        <w:tc>
          <w:tcPr>
            <w:tcW w:type="dxa" w:w="2232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{nominator}</w:t>
            </w:r>
          </w:p>
        </w:tc>
        <w:tc>
          <w:tcPr>
            <w:tcW w:type="dxa" w:w="158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{nominator_unit_lot}</w:t>
            </w:r>
          </w:p>
        </w:tc>
        <w:tc>
          <w:tcPr>
            <w:tcW w:type="dxa" w:w="3168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{nominee}</w:t>
            </w:r>
          </w:p>
        </w:tc>
        <w:tc>
          <w:tcPr>
            <w:tcW w:type="dxa" w:w="1584"/>
            <w:vAlign w:val="top"/>
            <w:tcMar>
              <w:top w:w="20" w:type="dxa"/>
              <w:start w:w="70" w:type="dxa"/>
              <w:bottom w:w="20" w:type="dxa"/>
              <w:end w:w="7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i w:val="0"/>
                <w:sz w:val="18"/>
                <w:u w:val="none"/>
              </w:rPr>
              <w:t>{nominee_unit_lot}{/office_bearers}</w:t>
            </w:r>
          </w:p>
        </w:tc>
      </w:tr>
    </w:tbl>
    <w:p>
      <w:pPr>
        <w:spacing w:before="280" w:after="0"/>
      </w:pPr>
      <w:r>
        <w:rPr>
          <w:rFonts w:ascii="Arial" w:hAnsi="Arial"/>
          <w:b/>
          <w:i w:val="0"/>
          <w:sz w:val="18"/>
          <w:u w:val="none"/>
        </w:rPr>
        <w:t>GENERAL BUSINESS: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{general_business}</w:t>
      </w:r>
    </w:p>
    <w:p>
      <w:pPr>
        <w:spacing w:before="0" w:after="0"/>
      </w:pPr>
      <w:r>
        <w:rPr>
          <w:rFonts w:ascii="Arial" w:hAnsi="Arial"/>
          <w:b/>
          <w:i w:val="0"/>
          <w:sz w:val="18"/>
          <w:u w:val="none"/>
        </w:rPr>
        <w:t>CONTACT DETAILS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The Secretary for {property_name} CTS {cts}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C/- DCS Management Pty Ltd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none"/>
        </w:rPr>
        <w:t>PO Box 253, CLONTARF  Q  4019</w:t>
      </w:r>
    </w:p>
    <w:p>
      <w:pPr>
        <w:spacing w:before="0" w:after="0"/>
      </w:pPr>
      <w:r>
        <w:rPr>
          <w:rFonts w:ascii="Arial" w:hAnsi="Arial"/>
          <w:b w:val="0"/>
          <w:i w:val="0"/>
          <w:sz w:val="18"/>
          <w:u w:val="single"/>
        </w:rPr>
        <w:t>admin@dcsmanagement.au</w:t>
      </w:r>
    </w:p>
    <w:sectPr w:rsidR="00FC693F" w:rsidRPr="0006063C" w:rsidSect="00034616">
      <w:headerReference w:type="first" r:id="rId9"/>
      <w:headerReference w:type="default" r:id="rId10"/>
      <w:pgSz w:w="12240" w:h="15840"/>
      <w:pgMar w:top="792" w:right="792" w:bottom="792" w:left="792" w:header="36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/>
    <w:r>
      <w:rPr>
        <w:rFonts w:ascii="Arial" w:hAnsi="Arial"/>
        <w:b/>
        <w:i w:val="0"/>
        <w:sz w:val="24"/>
        <w:u w:val="none"/>
      </w:rPr>
      <w:t>{meeting_title_upper} FOR {property_name_upper} CTS {cts}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/>
    <w:r>
      <w:rPr>
        <w:rFonts w:ascii="Arial" w:hAnsi="Arial"/>
        <w:b/>
        <w:i w:val="0"/>
        <w:sz w:val="24"/>
        <w:u w:val="none"/>
      </w:rPr>
      <w:t>{meeting_title_upper} FOR {property_name_upper} CTS {cts}</w:t>
    </w:r>
  </w:p>
  <w:p>
    <w:pPr>
      <w:spacing w:before="0" w:after="0"/>
      <w:pBdr>
        <w:bottom w:val="single" w:sz="8" w:color="7F7F7F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