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Held at {location}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{meeting_date}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Chaired by {chairperson}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meeting opened at {start_time} and closed at {end_time}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following owners were represented at the meeting: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52"/>
        <w:gridCol w:w="3552"/>
        <w:gridCol w:w="3552"/>
      </w:tblGrid>
      <w:tr>
        <w:tc>
          <w:tcPr>
            <w:tcW w:type="dxa" w:w="2016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{#owners}Lot {lot}</w:t>
            </w:r>
          </w:p>
        </w:tc>
        <w:tc>
          <w:tcPr>
            <w:tcW w:type="dxa" w:w="446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Owner/s:  {owner}</w:t>
            </w:r>
          </w:p>
        </w:tc>
        <w:tc>
          <w:tcPr>
            <w:tcW w:type="dxa" w:w="547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Representation:  {representation}{/owners}</w:t>
            </w:r>
          </w:p>
        </w:tc>
      </w:tr>
    </w:tbl>
    <w:p>
      <w:pPr>
        <w:spacing w:before="240" w:after="0"/>
      </w:pPr>
      <w:r>
        <w:rPr>
          <w:rFonts w:ascii="Arial" w:hAnsi="Arial"/>
          <w:b w:val="0"/>
          <w:i w:val="0"/>
          <w:sz w:val="18"/>
          <w:u w:val="none"/>
        </w:rPr>
        <w:t>Present by invitation: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{present_by_invitation}</w:t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single"/>
        </w:rPr>
        <w:t>MOTIONS: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/>
          <w:i w:val="0"/>
          <w:sz w:val="16"/>
          <w:u w:val="none"/>
        </w:rPr>
        <w:t>{#motions}</w:t>
      </w:r>
    </w:p>
    <w:p>
      <w:pPr>
        <w:spacing w:before="120" w:after="0"/>
      </w:pPr>
      <w:r>
        <w:rPr>
          <w:rFonts w:ascii="Arial" w:hAnsi="Arial"/>
          <w:b/>
          <w:i w:val="0"/>
          <w:sz w:val="18"/>
          <w:u w:val="none"/>
        </w:rPr>
        <w:t>STANDARD MOTION CARD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none"/>
        </w:rPr>
        <w:t>LEVY MOTION CARD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Period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Due Date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Amount per CSLE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{#levy_rows}{period}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{due_date}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{amount}{/levy_rows}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{motion_text_2}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none"/>
        </w:rPr>
        <w:t>INSURANCE MOTION CARD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{#insurance_rows}{label_text}</w:t>
            </w:r>
          </w:p>
        </w:tc>
        <w:tc>
          <w:tcPr>
            <w:tcW w:type="dxa" w:w="2199"/>
            <w:gridSpan w:val="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{value}{/insurance_rows}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/>
          <w:i w:val="0"/>
          <w:sz w:val="16"/>
          <w:u w:val="none"/>
        </w:rPr>
        <w:t>{/motions}</w:t>
      </w:r>
    </w:p>
    <w:p>
      <w:pPr>
        <w:spacing w:before="200" w:after="0"/>
      </w:pPr>
      <w:r>
        <w:rPr>
          <w:rFonts w:ascii="Arial" w:hAnsi="Arial"/>
          <w:b/>
          <w:i w:val="0"/>
          <w:sz w:val="18"/>
          <w:u w:val="none"/>
        </w:rPr>
        <w:t>ELECTION OF OFFICE BEARERS: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following nominees were declared elected at the meeting: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520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POSITION</w:t>
            </w:r>
          </w:p>
        </w:tc>
        <w:tc>
          <w:tcPr>
            <w:tcW w:type="dxa" w:w="223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NOMINATOR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UNIT / LOT</w:t>
            </w:r>
          </w:p>
        </w:tc>
        <w:tc>
          <w:tcPr>
            <w:tcW w:type="dxa" w:w="316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NOMINEE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UNIT / LOT</w:t>
            </w:r>
          </w:p>
        </w:tc>
      </w:tr>
      <w:tr>
        <w:tc>
          <w:tcPr>
            <w:tcW w:type="dxa" w:w="2520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{#office_bearers}{position}</w:t>
            </w:r>
          </w:p>
        </w:tc>
        <w:tc>
          <w:tcPr>
            <w:tcW w:type="dxa" w:w="223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{nominator}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{nominator_unit_lot}</w:t>
            </w:r>
          </w:p>
        </w:tc>
        <w:tc>
          <w:tcPr>
            <w:tcW w:type="dxa" w:w="316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{nominee}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{nominee_unit_lot}{/office_bearers}</w:t>
            </w:r>
          </w:p>
        </w:tc>
      </w:tr>
    </w:tbl>
    <w:p>
      <w:pPr>
        <w:spacing w:before="280" w:after="0"/>
      </w:pPr>
      <w:r>
        <w:rPr>
          <w:rFonts w:ascii="Arial" w:hAnsi="Arial"/>
          <w:b/>
          <w:i w:val="0"/>
          <w:sz w:val="18"/>
          <w:u w:val="none"/>
        </w:rPr>
        <w:t>GENERAL BUSINESS: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{general_business}</w:t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none"/>
        </w:rPr>
        <w:t>CONTACT DETAILS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Secretary for {property_name} CTS {cts}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C/- DCS Management Pty Ltd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PO Box 253, CLONTARF  Q  4019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single"/>
        </w:rPr>
        <w:t>admin@dcsmanagement.au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none"/>
        </w:rPr>
        <w:t>PLACEHOLDER CHEAT SHEET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Meeting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{meeting_title_upper}, {property_name_upper}, {property_name}, {cts}, {location}, {meeting_date}, {chairperson}, {start_time}, {end_time}, {present_by_invitation}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Owners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{#owners}, {lot}, {owner}, {representation}, {/owners}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Motions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{#motions}, {number}, {title}, {proposed_by}, {resolution}, {motion_text}, {motion_text_2}, {result}, {yes}, {no}, {abstain}, {note}, {note_row_marker}, {/motions}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Levy Rows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{#levy_rows}, {period}, {due_date}, {amount}, {/levy_rows}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Insurance Rows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{#insurance_rows}, {label}, {label_text}, {value}, {/insurance_rows}</w:t>
      </w:r>
    </w:p>
    <w:p>
      <w:pPr>
        <w:spacing w:before="160" w:after="0"/>
      </w:pPr>
      <w:r>
        <w:rPr>
          <w:rFonts w:ascii="Arial" w:hAnsi="Arial"/>
          <w:b/>
          <w:i w:val="0"/>
          <w:sz w:val="18"/>
          <w:u w:val="none"/>
        </w:rPr>
        <w:t>Office Bearers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{#office_bearers}, {position}, {nominator}, {nominator_unit_lot}, {nominee}, {nominee_unit_lot}, {/office_bearers}</w:t>
      </w:r>
    </w:p>
    <w:sectPr w:rsidR="00FC693F" w:rsidRPr="0006063C" w:rsidSect="00034616">
      <w:headerReference w:type="first" r:id="rId9"/>
      <w:headerReference w:type="default" r:id="rId10"/>
      <w:pgSz w:w="12240" w:h="15840"/>
      <w:pgMar w:top="792" w:right="792" w:bottom="792" w:left="792" w:header="36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/>
    <w:r>
      <w:rPr>
        <w:rFonts w:ascii="Arial" w:hAnsi="Arial"/>
        <w:b/>
        <w:i w:val="0"/>
        <w:sz w:val="24"/>
        <w:u w:val="none"/>
      </w:rPr>
      <w:t>{meeting_title_upper} FOR {property_name_upper} CTS {cts}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/>
    <w:r>
      <w:rPr>
        <w:rFonts w:ascii="Arial" w:hAnsi="Arial"/>
        <w:b/>
        <w:i w:val="0"/>
        <w:sz w:val="24"/>
        <w:u w:val="none"/>
      </w:rPr>
      <w:t>{meeting_title_upper} FOR {property_name_upper} CTS {cts}</w:t>
    </w:r>
  </w:p>
  <w:p>
    <w:pPr>
      <w:spacing w:before="0" w:after="0"/>
      <w:pBdr>
        <w:bottom w:val="single" w:sz="8" w:color="7F7F7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