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i w:val="0"/>
          <w:sz w:val="24"/>
        </w:rPr>
        <w:t>{meeting_title}</w:t>
      </w:r>
    </w:p>
    <w:p>
      <w:pPr>
        <w:spacing w:after="200"/>
        <w:jc w:val="center"/>
      </w:pPr>
      <w:r>
        <w:rPr>
          <w:rFonts w:ascii="Arial" w:hAnsi="Arial"/>
          <w:b/>
          <w:i w:val="0"/>
          <w:sz w:val="18"/>
        </w:rPr>
        <w:t>{property_name} CTS {cts}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00"/>
        <w:gridCol w:w="5400"/>
      </w:tblGrid>
      <w:tr>
        <w:tc>
          <w:tcPr>
            <w:tcW w:type="dxa" w:w="1944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Location</w:t>
            </w:r>
          </w:p>
        </w:tc>
        <w:tc>
          <w:tcPr>
            <w:tcW w:type="dxa" w:w="8856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{location}</w:t>
            </w:r>
          </w:p>
        </w:tc>
      </w:tr>
      <w:tr>
        <w:tc>
          <w:tcPr>
            <w:tcW w:type="dxa" w:w="1944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Date</w:t>
            </w:r>
          </w:p>
        </w:tc>
        <w:tc>
          <w:tcPr>
            <w:tcW w:type="dxa" w:w="8856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{meeting_date}</w:t>
            </w:r>
          </w:p>
        </w:tc>
      </w:tr>
      <w:tr>
        <w:tc>
          <w:tcPr>
            <w:tcW w:type="dxa" w:w="1944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Time</w:t>
            </w:r>
          </w:p>
        </w:tc>
        <w:tc>
          <w:tcPr>
            <w:tcW w:type="dxa" w:w="8856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{meeting_time}</w:t>
            </w:r>
          </w:p>
        </w:tc>
      </w:tr>
      <w:tr>
        <w:tc>
          <w:tcPr>
            <w:tcW w:type="dxa" w:w="1944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Chair</w:t>
            </w:r>
          </w:p>
        </w:tc>
        <w:tc>
          <w:tcPr>
            <w:tcW w:type="dxa" w:w="8856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{chairperson}</w:t>
            </w:r>
          </w:p>
        </w:tc>
      </w:tr>
      <w:tr>
        <w:tc>
          <w:tcPr>
            <w:tcW w:type="dxa" w:w="1944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Returning officer</w:t>
            </w:r>
          </w:p>
        </w:tc>
        <w:tc>
          <w:tcPr>
            <w:tcW w:type="dxa" w:w="8856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{returning_officer}</w:t>
            </w:r>
          </w:p>
        </w:tc>
      </w:tr>
    </w:tbl>
    <w:p/>
    <w:p>
      <w:pPr>
        <w:spacing w:after="0"/>
      </w:pPr>
      <w:r>
        <w:rPr>
          <w:rFonts w:ascii="Arial" w:hAnsi="Arial"/>
          <w:b w:val="0"/>
          <w:i w:val="0"/>
          <w:sz w:val="16"/>
        </w:rPr>
        <w:t>The following owners were represented at the meeting: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700"/>
        <w:gridCol w:w="2700"/>
        <w:gridCol w:w="2700"/>
        <w:gridCol w:w="2700"/>
      </w:tblGrid>
      <w:tr>
        <w:tc>
          <w:tcPr>
            <w:tcW w:type="dxa" w:w="1008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Lot</w:t>
            </w:r>
          </w:p>
        </w:tc>
        <w:tc>
          <w:tcPr>
            <w:tcW w:type="dxa" w:w="6768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Owner</w:t>
            </w:r>
          </w:p>
        </w:tc>
        <w:tc>
          <w:tcPr>
            <w:tcW w:type="dxa" w:w="3240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Representation</w:t>
            </w:r>
          </w:p>
        </w:tc>
        <w:tc>
          <w:tcPr>
            <w:tcW w:type="dxa" w:w="1368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Status</w:t>
            </w:r>
          </w:p>
        </w:tc>
      </w:tr>
      <w:tr>
        <w:tc>
          <w:tcPr>
            <w:tcW w:type="dxa" w:w="1008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{#owners}{lot}</w:t>
            </w:r>
          </w:p>
        </w:tc>
        <w:tc>
          <w:tcPr>
            <w:tcW w:type="dxa" w:w="6768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{owner}</w:t>
            </w:r>
          </w:p>
        </w:tc>
        <w:tc>
          <w:tcPr>
            <w:tcW w:type="dxa" w:w="3240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{representation}</w:t>
            </w:r>
          </w:p>
        </w:tc>
        <w:tc>
          <w:tcPr>
            <w:tcW w:type="dxa" w:w="1368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{status}{/owners}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i w:val="0"/>
          <w:sz w:val="18"/>
        </w:rPr>
        <w:t>Motion Card Reference</w:t>
      </w:r>
    </w:p>
    <w:p>
      <w:pPr>
        <w:spacing w:after="80"/>
      </w:pPr>
      <w:r>
        <w:rPr>
          <w:rFonts w:ascii="Arial" w:hAnsi="Arial"/>
          <w:b w:val="0"/>
          <w:i/>
          <w:sz w:val="16"/>
        </w:rPr>
        <w:t>Use one of the following card layouts inside the {#motions} ... {/motions} loop. The placeholders are shown exactly as they should appear in the Word template.</w:t>
      </w:r>
    </w:p>
    <w:p>
      <w:r>
        <w:rPr>
          <w:rFonts w:ascii="Arial" w:hAnsi="Arial"/>
          <w:b/>
          <w:i w:val="0"/>
          <w:sz w:val="16"/>
        </w:rPr>
        <w:t>{#motions}</w:t>
      </w:r>
    </w:p>
    <w:p>
      <w:pPr>
        <w:spacing w:before="160" w:after="80"/>
      </w:pPr>
      <w:r>
        <w:rPr>
          <w:rFonts w:ascii="Arial" w:hAnsi="Arial"/>
          <w:b/>
          <w:i w:val="0"/>
          <w:sz w:val="18"/>
        </w:rPr>
        <w:t>Standard Motion Card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600"/>
        <w:gridCol w:w="3600"/>
        <w:gridCol w:w="3600"/>
      </w:tblGrid>
      <w:tr>
        <w:tc>
          <w:tcPr>
            <w:tcW w:type="dxa" w:w="4680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{number}. {title}</w:t>
              <w:br/>
              <w:t>{proposed_by}</w:t>
            </w:r>
          </w:p>
        </w:tc>
        <w:tc>
          <w:tcPr>
            <w:tcW w:type="dxa" w:w="3744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</w:rPr>
              <w:t>{resolution}</w:t>
            </w:r>
          </w:p>
        </w:tc>
        <w:tc>
          <w:tcPr>
            <w:tcW w:type="dxa" w:w="2376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{result}</w:t>
              <w:br/>
              <w:t>Yes {yes} No {no} Abstain {abstain}</w:t>
            </w:r>
          </w:p>
        </w:tc>
      </w:tr>
      <w:tr>
        <w:tc>
          <w:tcPr>
            <w:tcW w:type="dxa" w:w="10800"/>
            <w:gridSpan w:val="3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{motion_text}</w:t>
            </w:r>
          </w:p>
        </w:tc>
      </w:tr>
      <w:tr>
        <w:tc>
          <w:tcPr>
            <w:tcW w:type="dxa" w:w="10800"/>
            <w:gridSpan w:val="3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/>
                <w:sz w:val="16"/>
              </w:rPr>
              <w:t>{note}</w:t>
            </w:r>
          </w:p>
        </w:tc>
      </w:tr>
    </w:tbl>
    <w:p>
      <w:pPr>
        <w:spacing w:before="100" w:after="100"/>
        <w:ind w:left="936" w:right="936"/>
        <w:pBdr>
          <w:bottom w:val="single" w:sz="6" w:color="8A90A0"/>
        </w:pBdr>
      </w:pPr>
    </w:p>
    <w:p>
      <w:pPr>
        <w:spacing w:before="160" w:after="80"/>
      </w:pPr>
      <w:r>
        <w:rPr>
          <w:rFonts w:ascii="Arial" w:hAnsi="Arial"/>
          <w:b/>
          <w:i w:val="0"/>
          <w:sz w:val="18"/>
        </w:rPr>
        <w:t>Levy Motion Card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600"/>
        <w:gridCol w:w="3600"/>
        <w:gridCol w:w="3600"/>
      </w:tblGrid>
      <w:tr>
        <w:tc>
          <w:tcPr>
            <w:tcW w:type="dxa" w:w="4680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{number}. {title}</w:t>
              <w:br/>
              <w:t>{proposed_by}</w:t>
            </w:r>
          </w:p>
        </w:tc>
        <w:tc>
          <w:tcPr>
            <w:tcW w:type="dxa" w:w="3744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</w:rPr>
              <w:t>{resolution}</w:t>
            </w:r>
          </w:p>
        </w:tc>
        <w:tc>
          <w:tcPr>
            <w:tcW w:type="dxa" w:w="2376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{result}</w:t>
              <w:br/>
              <w:t>Yes {yes} No {no} Abstain {abstain}</w:t>
            </w:r>
          </w:p>
        </w:tc>
      </w:tr>
      <w:tr>
        <w:tc>
          <w:tcPr>
            <w:tcW w:type="dxa" w:w="10800"/>
            <w:gridSpan w:val="3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{motion_text}</w:t>
            </w:r>
          </w:p>
        </w:tc>
      </w:tr>
      <w:tr>
        <w:tc>
          <w:tcPr>
            <w:tcW w:type="dxa" w:w="3600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{#levy_rows}{period}</w:t>
            </w:r>
          </w:p>
        </w:tc>
        <w:tc>
          <w:tcPr>
            <w:tcW w:type="dxa" w:w="3600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{due_date}</w:t>
            </w:r>
          </w:p>
        </w:tc>
        <w:tc>
          <w:tcPr>
            <w:tcW w:type="dxa" w:w="3600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{amount}{/levy_rows}</w:t>
            </w:r>
          </w:p>
        </w:tc>
      </w:tr>
      <w:tr>
        <w:tc>
          <w:tcPr>
            <w:tcW w:type="dxa" w:w="10800"/>
            <w:gridSpan w:val="3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{motion_text_2}</w:t>
            </w:r>
          </w:p>
        </w:tc>
      </w:tr>
      <w:tr>
        <w:tc>
          <w:tcPr>
            <w:tcW w:type="dxa" w:w="10800"/>
            <w:gridSpan w:val="3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/>
                <w:sz w:val="16"/>
              </w:rPr>
              <w:t>{note}</w:t>
            </w:r>
          </w:p>
        </w:tc>
      </w:tr>
    </w:tbl>
    <w:p>
      <w:pPr>
        <w:spacing w:before="100" w:after="100"/>
        <w:ind w:left="936" w:right="936"/>
        <w:pBdr>
          <w:bottom w:val="single" w:sz="6" w:color="8A90A0"/>
        </w:pBdr>
      </w:pPr>
    </w:p>
    <w:p>
      <w:pPr>
        <w:spacing w:before="160" w:after="80"/>
      </w:pPr>
      <w:r>
        <w:rPr>
          <w:rFonts w:ascii="Arial" w:hAnsi="Arial"/>
          <w:b/>
          <w:i w:val="0"/>
          <w:sz w:val="18"/>
        </w:rPr>
        <w:t>Insurance Motion Card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600"/>
        <w:gridCol w:w="3600"/>
        <w:gridCol w:w="3600"/>
      </w:tblGrid>
      <w:tr>
        <w:tc>
          <w:tcPr>
            <w:tcW w:type="dxa" w:w="4680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{number}. {title}</w:t>
              <w:br/>
              <w:t>{proposed_by}</w:t>
            </w:r>
          </w:p>
        </w:tc>
        <w:tc>
          <w:tcPr>
            <w:tcW w:type="dxa" w:w="3744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</w:rPr>
              <w:t>{resolution}</w:t>
            </w:r>
          </w:p>
        </w:tc>
        <w:tc>
          <w:tcPr>
            <w:tcW w:type="dxa" w:w="2376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6"/>
              </w:rPr>
              <w:t>{result}</w:t>
              <w:br/>
              <w:t>Yes {yes} No {no} Abstain {abstain}</w:t>
            </w:r>
          </w:p>
        </w:tc>
      </w:tr>
      <w:tr>
        <w:tc>
          <w:tcPr>
            <w:tcW w:type="dxa" w:w="10800"/>
            <w:gridSpan w:val="3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{motion_text}</w:t>
            </w:r>
          </w:p>
        </w:tc>
      </w:tr>
      <w:tr>
        <w:tc>
          <w:tcPr>
            <w:tcW w:type="dxa" w:w="3600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{#insurance_rows}{label}</w:t>
            </w:r>
          </w:p>
        </w:tc>
        <w:tc>
          <w:tcPr>
            <w:tcW w:type="dxa" w:w="7200"/>
            <w:gridSpan w:val="2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6"/>
              </w:rPr>
              <w:t>{value}{/insurance_rows}</w:t>
            </w:r>
          </w:p>
        </w:tc>
      </w:tr>
      <w:tr>
        <w:tc>
          <w:tcPr>
            <w:tcW w:type="dxa" w:w="10800"/>
            <w:gridSpan w:val="3"/>
            <w:vAlign w:val="center"/>
            <w:tcMar>
              <w:top w:w="40" w:type="dxa"/>
              <w:start w:w="120" w:type="dxa"/>
              <w:bottom w:w="4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/>
                <w:sz w:val="16"/>
              </w:rPr>
              <w:t>{note}</w:t>
            </w:r>
          </w:p>
        </w:tc>
      </w:tr>
    </w:tbl>
    <w:p>
      <w:r>
        <w:rPr>
          <w:rFonts w:ascii="Arial" w:hAnsi="Arial"/>
          <w:b/>
          <w:i w:val="0"/>
          <w:sz w:val="16"/>
        </w:rPr>
        <w:t>{/motions}</w:t>
      </w:r>
    </w:p>
    <w:p>
      <w:pPr>
        <w:spacing w:before="160" w:after="80"/>
      </w:pPr>
      <w:r>
        <w:rPr>
          <w:rFonts w:ascii="Arial" w:hAnsi="Arial"/>
          <w:b/>
          <w:i w:val="0"/>
          <w:sz w:val="18"/>
        </w:rPr>
        <w:t>Optional Contact Footer</w:t>
      </w:r>
    </w:p>
    <w:p>
      <w:r>
        <w:rPr>
          <w:rFonts w:ascii="Arial" w:hAnsi="Arial"/>
          <w:b w:val="0"/>
          <w:i w:val="0"/>
          <w:sz w:val="14"/>
        </w:rPr>
        <w:t>The Secretary for {property_name} | C/- DCS Management Pty Ltd | PO Box 253, CLONTARF Q 4019 | admin@dcsmanagement.au</w:t>
      </w:r>
    </w:p>
    <w:p>
      <w:r>
        <w:br w:type="page"/>
      </w:r>
    </w:p>
    <w:p>
      <w:pPr>
        <w:spacing w:before="160" w:after="80"/>
      </w:pPr>
      <w:r>
        <w:rPr>
          <w:rFonts w:ascii="Arial" w:hAnsi="Arial"/>
          <w:b/>
          <w:i w:val="0"/>
          <w:sz w:val="18"/>
        </w:rPr>
        <w:t>Placeholder Cheat Sheet</w:t>
      </w:r>
    </w:p>
    <w:p>
      <w:pPr>
        <w:spacing w:before="120" w:after="40"/>
      </w:pPr>
      <w:r>
        <w:rPr>
          <w:rFonts w:ascii="Arial" w:hAnsi="Arial"/>
          <w:b/>
          <w:i w:val="0"/>
          <w:sz w:val="16"/>
        </w:rPr>
        <w:t>Meeting</w:t>
      </w:r>
    </w:p>
    <w:p>
      <w:r>
        <w:rPr>
          <w:rFonts w:ascii="Arial" w:hAnsi="Arial"/>
          <w:b w:val="0"/>
          <w:i w:val="0"/>
          <w:sz w:val="16"/>
        </w:rPr>
        <w:t>{meeting_title}, {property_name}, {cts}, {location}, {meeting_date}, {meeting_time}, {chairperson}, {returning_officer}</w:t>
      </w:r>
    </w:p>
    <w:p>
      <w:pPr>
        <w:spacing w:before="120" w:after="40"/>
      </w:pPr>
      <w:r>
        <w:rPr>
          <w:rFonts w:ascii="Arial" w:hAnsi="Arial"/>
          <w:b/>
          <w:i w:val="0"/>
          <w:sz w:val="16"/>
        </w:rPr>
        <w:t>Owners loop</w:t>
      </w:r>
    </w:p>
    <w:p>
      <w:r>
        <w:rPr>
          <w:rFonts w:ascii="Arial" w:hAnsi="Arial"/>
          <w:b w:val="0"/>
          <w:i w:val="0"/>
          <w:sz w:val="16"/>
        </w:rPr>
        <w:t>{#owners}, {lot}, {owner}, {representation}, {status}, {/owners}</w:t>
      </w:r>
    </w:p>
    <w:p>
      <w:pPr>
        <w:spacing w:before="120" w:after="40"/>
      </w:pPr>
      <w:r>
        <w:rPr>
          <w:rFonts w:ascii="Arial" w:hAnsi="Arial"/>
          <w:b/>
          <w:i w:val="0"/>
          <w:sz w:val="16"/>
        </w:rPr>
        <w:t>Motions loop</w:t>
      </w:r>
    </w:p>
    <w:p>
      <w:r>
        <w:rPr>
          <w:rFonts w:ascii="Arial" w:hAnsi="Arial"/>
          <w:b w:val="0"/>
          <w:i w:val="0"/>
          <w:sz w:val="16"/>
        </w:rPr>
        <w:t>{#motions}, {number}, {title}, {proposed_by}, {resolution}, {motion_text}, {motion_text_2}, {result}, {yes}, {no}, {abstain}, {note}, {/motions}</w:t>
      </w:r>
    </w:p>
    <w:p>
      <w:pPr>
        <w:spacing w:before="120" w:after="40"/>
      </w:pPr>
      <w:r>
        <w:rPr>
          <w:rFonts w:ascii="Arial" w:hAnsi="Arial"/>
          <w:b/>
          <w:i w:val="0"/>
          <w:sz w:val="16"/>
        </w:rPr>
        <w:t>Levy rows loop</w:t>
      </w:r>
    </w:p>
    <w:p>
      <w:r>
        <w:rPr>
          <w:rFonts w:ascii="Arial" w:hAnsi="Arial"/>
          <w:b w:val="0"/>
          <w:i w:val="0"/>
          <w:sz w:val="16"/>
        </w:rPr>
        <w:t>{#levy_rows}, {period}, {due_date}, {amount}, {/levy_rows}</w:t>
      </w:r>
    </w:p>
    <w:p>
      <w:pPr>
        <w:spacing w:before="120" w:after="40"/>
      </w:pPr>
      <w:r>
        <w:rPr>
          <w:rFonts w:ascii="Arial" w:hAnsi="Arial"/>
          <w:b/>
          <w:i w:val="0"/>
          <w:sz w:val="16"/>
        </w:rPr>
        <w:t>Insurance rows loop</w:t>
      </w:r>
    </w:p>
    <w:p>
      <w:r>
        <w:rPr>
          <w:rFonts w:ascii="Arial" w:hAnsi="Arial"/>
          <w:b w:val="0"/>
          <w:i w:val="0"/>
          <w:sz w:val="16"/>
        </w:rPr>
        <w:t>{#insurance_rows}, {label}, {value}, {/insurance_rows}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